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פיגמליון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פיגמליון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רעיון המטמורפוזה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ולדון במושג אפקט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אפרודיטה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דיבר אליה והביא לה מתנות ופרחים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פיסל אותה משנהב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הבינה את משאלתו והגשימה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קפריסין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אפרודיטה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(פסל מוכשר מהאי קפריסין)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(אלת האהבה שהגשימה את המשאלה)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(השם שניתן לדמות החיה)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(החומר הלבן שממנו פוסל הפסל)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פיגמליון מתאכזב מהאנשים ומחליט לחיות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פיגמליון מפסל דמות אישה יפה משנהב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פיגמליון מתאהב ביצירה ומתייחס אליה כאל אדם 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פיגמליון מתפלל לאפרודיטה בחג לכבודה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שציפיות גבוהות של מורה או הורה יכולות לשפר ביצועים, ותיתן דוגמה אישית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אפרודיטה (ונוס)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ציפיות גבוהות מאדם יכולות לשפר את הישגיו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משמעות המילה מטמורפוזה לפני קריאת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לדיון הכיתתי על אפקט פיגמליון ולקשר אותו לחוויות אישיות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בעובדות הבסיסיות של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פיגמליון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פיגמליון היה פסל מוכשר מהאי קפריסין שהתאהב ביצירה שלו עד שזו הפכה לאישה חיה. בדף זה נתרגל את פרטי הסיפור ונחשוב על המסרים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קפריסין  ·  אפרודיטה  ·  שנהב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מקצועו של פיגמליון?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ממה פיסל פיגמליון את הדמות?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משנהב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אלה הגשימה את משאלתו של פיגמליון?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אפרודיטה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פיגמליון התייחס לפסל שלו כמו לאדם חי עוד לפני שהוא קם לחיים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פיגמליון פיסל את הדמות מעץ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האלה אפרודיטה כעסה על פיגמליון ולא עזרה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פיגמליון היה פסל מוכשר באי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פיגמליון פיסל את הדמות מגוש __________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בחג לכבוד האלה __________ התפלל פיגמליון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החומר הלבן שממנו פוסל הפסל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השם שניתן לדמות החיה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גלתיאה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פסל מוכשר מהאי קפריסין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שנהב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אלת האהבה שהגשימה את המשאלה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פיגמליון מתאהב ביצירה ומתייחס אליה כאל אדם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פיגמליון מתפלל לאפרודיטה בחג לכבודה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פיגמליון מפסל דמות אישה יפה משנהב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פיגמליון מתאכזב מהאנשים ומחליט לחיות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אפקט פיגמליון? תנו דוגמה מהכיתה שלכם שבה ציפיות גבוהות עזרו למישהו להשתפר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ממה פיסל פיגמליון את הדמות?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אלה הגשימה את משאלתו של פיגמליון?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פיגמליון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