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פיגמליון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פיגמליון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רעיון המטמורפוזה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ולדון במושג אפקט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התאכזב מהאנשים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אישה כמו הפסל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השנהב התרכך והדמות פקחה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גלתיאה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דיבר אליה והביא לה מתנות ופרחים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פיסל אותה משנהב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הבינה את משאלתו והגשימה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בכותרת העיבוד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חי באי קפריסין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ציפיות גבוהות יכולות לשפר הישגים של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קפריסין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גלתיאה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(פסל מוכשר מהאי קפריסין)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(אלת האהבה שהגשימה את המשאלה)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(השם שניתן לדמות החיה)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(החומר הלבן שממנו פוסל הפסל)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(ציפיות גבוהות משפרות הישגים)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פיגמליון מתאכזב מהאנשים ומחליט לחיות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פיגמליון מפסל דמות אישה יפה משנהב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פיגמליון מתאהב ביצירה ומתייחס אליה כאל אדם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פיגמליון מתפלל לאפרודיטה בחג לכבודה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פיגמליון נוגע בפסל והוא הופך לאישה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שציפיות גבוהות של מורה או הורה יכולות לשפר ביצועים, ותיתן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תציג עמדה ברורה עם נימוק מתוך הסיפור, למשל שהוא אהב את השלמות שהוא עצמו יצר ולא אדם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אפרודיטה (ונוס)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ציפיות גבוהות מאדם יכולות לשפר את הישגיו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משמעות המילה מטמורפוזה לפני קריאת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לדיון הכיתתי על אפקט פיגמליון ולקשר אותו לחוויות אישיות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בעובדות הבסיסיות של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פיגמליון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פיגמליון היה פסל מוכשר מהאי קפריסין שהתאהב ביצירה שלו עד שזו הפכה לאישה חיה. בדף זה נתרגל את פרטי הסיפור ונחשוב על המסרים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מקצועו של פיגמליון?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ממה פיסל פיגמליון את הדמות?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החליט פיגמליון לחיות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התאכזב מהאנשים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היה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פחד מאנשים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אלה הגשימה את משאלתו של פיגמליון?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ביקש פיגמליון בתפילתו?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כמו הפסל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פסל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כשפיגמליון נגע בפסל?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הפסל נשבר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השנהב התרכך והדמות פקחה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הפסל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הפסל הפך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נקראת הדמות שהפכה לאישה בגרסאות מאוחרות?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גלתיאה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התייחס לפסל שלו כמו לאדם חי עוד לפני שהוא קם לחיים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פיסל את הדמות מעץ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האלה אפרודיטה כעסה על פיגמליון ולא עזרה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מבוסס על יצירה של אובידיוס בשם מטמורפוזות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חי באי יוון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אפקט פיגמליון עוסק בקשר בין ציפיות להישגים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פיגמליון היה פסל מוכשר באי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פיגמליון פיסל את הדמות מגוש __________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לכבוד האלה __________ התפלל פיגמליון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בגרסאות מאוחרות נקראה הדמות החיה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המטמורפוזה בסיפור היא הפיכת פסל שיש לאישה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השם שניתן לדמות החיה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ציפיות גבוהות משפרות הישגים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גלתיאה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פסל מוכשר מהאי קפריסין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שנהב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אלת האהבה שהגשימה את המשאלה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אפקט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החומר הלבן שממנו פוסל הפסל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מתאהב ביצירה ומתייחס אליה כאל אדם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מתפלל לאפרודיטה בחג לכבודה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נוגע בפסל והוא הופך לאישה חיה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מתאכזב מהאנשים ומחליט לחיות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מפסל דמות אישה יפה משנהב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אפקט פיגמליון? תנו דוגמה מהכיתה שלכם שבה ציפיות גבוהות עזרו למישהו להשתפר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פיגמליון אהב אדם אמיתי או רק דמות מושלמת שהוא עצמו יצר? נמקו את עמדתכם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פיסל פיגמליון את הדמות?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אלה הגשימה את משאלתו של פיגמליון?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אפקט פיגמליון?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פיגמליון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